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3DE5" w:rsidRPr="00224639" w:rsidRDefault="00000000" w:rsidP="0014126C">
      <w:pPr>
        <w:spacing w:after="40"/>
        <w:jc w:val="center"/>
        <w:rPr>
          <w:color w:val="auto"/>
          <w:sz w:val="20"/>
          <w:szCs w:val="28"/>
          <w:lang w:val="pl-PL"/>
        </w:rPr>
      </w:pPr>
      <w:r w:rsidRPr="00224639">
        <w:rPr>
          <w:b/>
          <w:color w:val="auto"/>
          <w:sz w:val="32"/>
          <w:szCs w:val="28"/>
          <w:lang w:val="pl-PL"/>
        </w:rPr>
        <w:t>ZGŁOSZENIE KANDYDATA DO BIERZMOWANIA</w:t>
      </w:r>
    </w:p>
    <w:p w:rsidR="006F3DE5" w:rsidRPr="00224639" w:rsidRDefault="00000000" w:rsidP="0014126C">
      <w:pPr>
        <w:spacing w:after="160"/>
        <w:jc w:val="center"/>
        <w:rPr>
          <w:color w:val="auto"/>
          <w:sz w:val="20"/>
          <w:szCs w:val="28"/>
        </w:rPr>
      </w:pPr>
      <w:r w:rsidRPr="00224639">
        <w:rPr>
          <w:b/>
          <w:color w:val="auto"/>
          <w:sz w:val="20"/>
          <w:szCs w:val="28"/>
          <w:lang w:val="pl-PL"/>
        </w:rPr>
        <w:t xml:space="preserve">w Parafii pw. św. </w:t>
      </w:r>
      <w:r w:rsidRPr="00224639">
        <w:rPr>
          <w:b/>
          <w:color w:val="auto"/>
          <w:sz w:val="20"/>
          <w:szCs w:val="28"/>
        </w:rPr>
        <w:t>Jana Bosko w Pile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7560"/>
      </w:tblGrid>
      <w:tr w:rsidR="0014126C" w:rsidRPr="00D5002F" w:rsidTr="0014126C">
        <w:trPr>
          <w:trHeight w:val="9610"/>
          <w:jc w:val="center"/>
        </w:trPr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>DANE KANDYDATA (wypełnia kandydat drukowanymi literami)</w:t>
            </w:r>
          </w:p>
          <w:p w:rsidR="006F3DE5" w:rsidRPr="0014126C" w:rsidRDefault="00000000" w:rsidP="0014126C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Imiona i Nazwisko: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7E75F2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Data i miejsce urodzenia / Data chrztu św.: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7E75F2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Parafia chrztu św. (miejscowość i wezwanie):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7E75F2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Adres zamieszkania: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7E75F2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Szkoła (miejscowość i nazwa) / Klasa</w:t>
            </w:r>
            <w:r w:rsidR="00EE618C">
              <w:rPr>
                <w:bCs/>
                <w:color w:val="auto"/>
                <w:sz w:val="20"/>
                <w:szCs w:val="24"/>
                <w:lang w:val="pl-PL"/>
              </w:rPr>
              <w:t>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Default="00000000" w:rsidP="007E75F2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Imię i nazwisko katechety szkolnego: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7E75F2" w:rsidRPr="0014126C" w:rsidRDefault="007E75F2" w:rsidP="007E75F2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>
              <w:rPr>
                <w:bCs/>
                <w:color w:val="auto"/>
                <w:sz w:val="20"/>
                <w:szCs w:val="24"/>
                <w:lang w:val="pl-PL"/>
              </w:rPr>
              <w:t>Numer telefonu</w:t>
            </w:r>
            <w:r w:rsidR="0039674F">
              <w:rPr>
                <w:bCs/>
                <w:color w:val="auto"/>
                <w:sz w:val="20"/>
                <w:szCs w:val="24"/>
                <w:lang w:val="pl-PL"/>
              </w:rPr>
              <w:t xml:space="preserve"> + </w:t>
            </w:r>
            <w:r>
              <w:rPr>
                <w:bCs/>
                <w:color w:val="auto"/>
                <w:sz w:val="20"/>
                <w:szCs w:val="24"/>
                <w:lang w:val="pl-PL"/>
              </w:rPr>
              <w:t>adres email</w:t>
            </w:r>
            <w:r w:rsidRPr="007E75F2">
              <w:rPr>
                <w:bCs/>
                <w:color w:val="auto"/>
                <w:sz w:val="20"/>
                <w:szCs w:val="24"/>
                <w:lang w:val="pl-PL"/>
              </w:rPr>
              <w:t>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1A194D" w:rsidRDefault="001A194D" w:rsidP="0039674F">
            <w:pPr>
              <w:spacing w:after="0"/>
              <w:rPr>
                <w:b/>
                <w:color w:val="auto"/>
                <w:sz w:val="20"/>
                <w:szCs w:val="24"/>
                <w:lang w:val="pl-PL"/>
              </w:rPr>
            </w:pPr>
          </w:p>
          <w:p w:rsidR="006F3DE5" w:rsidRPr="0014126C" w:rsidRDefault="00000000" w:rsidP="0039674F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>WYPEŁNIAJĄ RODZICE / OPIEKUNOWIE PRAWNI</w:t>
            </w:r>
          </w:p>
          <w:p w:rsidR="006F3DE5" w:rsidRPr="0014126C" w:rsidRDefault="00000000" w:rsidP="0039674F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39674F">
              <w:rPr>
                <w:bCs/>
                <w:color w:val="auto"/>
                <w:sz w:val="20"/>
                <w:szCs w:val="24"/>
                <w:lang w:val="pl-PL"/>
              </w:rPr>
              <w:t>Imiona i nazwiska rodziców / opiekunów prawnych: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39674F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39674F">
              <w:rPr>
                <w:bCs/>
                <w:color w:val="auto"/>
                <w:sz w:val="20"/>
                <w:szCs w:val="24"/>
                <w:lang w:val="pl-PL"/>
              </w:rPr>
              <w:t>Nr telefonu kontaktowego / E-mail rodziców: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39674F">
            <w:pPr>
              <w:spacing w:after="0" w:line="360" w:lineRule="auto"/>
              <w:rPr>
                <w:color w:val="auto"/>
                <w:sz w:val="20"/>
                <w:szCs w:val="24"/>
                <w:lang w:val="pl-PL"/>
              </w:rPr>
            </w:pPr>
            <w:r w:rsidRPr="0039674F">
              <w:rPr>
                <w:bCs/>
                <w:color w:val="auto"/>
                <w:sz w:val="20"/>
                <w:szCs w:val="24"/>
                <w:lang w:val="pl-PL"/>
              </w:rPr>
              <w:t xml:space="preserve">Inne ważne informacje </w:t>
            </w:r>
            <w:r w:rsidRPr="0014126C">
              <w:rPr>
                <w:b/>
                <w:color w:val="auto"/>
                <w:sz w:val="20"/>
                <w:szCs w:val="24"/>
                <w:lang w:val="pl-PL"/>
              </w:rPr>
              <w:br/>
            </w:r>
            <w:r w:rsidRPr="0014126C">
              <w:rPr>
                <w:color w:val="auto"/>
                <w:sz w:val="20"/>
                <w:szCs w:val="24"/>
                <w:lang w:val="pl-PL"/>
              </w:rPr>
              <w:t>............................................................................................................................</w:t>
            </w:r>
            <w:r w:rsidRPr="0014126C">
              <w:rPr>
                <w:color w:val="auto"/>
                <w:sz w:val="20"/>
                <w:szCs w:val="24"/>
                <w:lang w:val="pl-PL"/>
              </w:rPr>
              <w:br/>
              <w:t>............................................................................................................................</w:t>
            </w: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>W razie złamania zasad przez kandydata (proszę zaznaczyć jedną opcję):</w:t>
            </w: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 xml:space="preserve">□ </w:t>
            </w:r>
            <w:r w:rsidRPr="0014126C">
              <w:rPr>
                <w:color w:val="auto"/>
                <w:sz w:val="20"/>
                <w:szCs w:val="24"/>
                <w:lang w:val="pl-PL"/>
              </w:rPr>
              <w:t>Proszę o powiadomienie przez SMS</w:t>
            </w: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 xml:space="preserve">□ </w:t>
            </w:r>
            <w:r w:rsidRPr="0014126C">
              <w:rPr>
                <w:color w:val="auto"/>
                <w:sz w:val="20"/>
                <w:szCs w:val="24"/>
                <w:lang w:val="pl-PL"/>
              </w:rPr>
              <w:t xml:space="preserve">Proszę o </w:t>
            </w:r>
            <w:r w:rsidR="006B109A">
              <w:rPr>
                <w:color w:val="auto"/>
                <w:sz w:val="20"/>
                <w:szCs w:val="24"/>
                <w:lang w:val="pl-PL"/>
              </w:rPr>
              <w:t xml:space="preserve">rozmowę telefoniczną </w:t>
            </w:r>
          </w:p>
          <w:p w:rsidR="006F3DE5" w:rsidRPr="0014126C" w:rsidRDefault="006F3DE5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</w:p>
        </w:tc>
        <w:tc>
          <w:tcPr>
            <w:tcW w:w="7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>DEKLARACJA KANDYDATA</w:t>
            </w:r>
            <w:r w:rsidR="00EE618C">
              <w:rPr>
                <w:b/>
                <w:color w:val="auto"/>
                <w:sz w:val="20"/>
                <w:szCs w:val="24"/>
                <w:lang w:val="pl-PL"/>
              </w:rPr>
              <w:t>*</w:t>
            </w: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Ja, niżej podpisany(a), pragnę przystąpić do Sakramentu Bierzmowania i zobowiązuję się do:</w:t>
            </w:r>
          </w:p>
          <w:p w:rsidR="006F3DE5" w:rsidRPr="0014126C" w:rsidRDefault="00000000" w:rsidP="0014126C">
            <w:pPr>
              <w:spacing w:after="0"/>
              <w:ind w:left="216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1. Udziału w każdą niedzielę i święto nakazane we Mszy Świętej.</w:t>
            </w:r>
          </w:p>
          <w:p w:rsidR="006F3DE5" w:rsidRPr="0014126C" w:rsidRDefault="00000000" w:rsidP="0014126C">
            <w:pPr>
              <w:spacing w:after="0"/>
              <w:ind w:left="216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2. Regularnego przystępowania do Sakramentu Pokuty i Pojednania (I piątki miesiąca).</w:t>
            </w:r>
          </w:p>
          <w:p w:rsidR="006F3DE5" w:rsidRPr="0014126C" w:rsidRDefault="00000000" w:rsidP="0014126C">
            <w:pPr>
              <w:spacing w:after="0"/>
              <w:ind w:left="216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3. Sumiennego i aktywnego uczestnictwa w katechezie szkolnej.</w:t>
            </w:r>
          </w:p>
          <w:p w:rsidR="006F3DE5" w:rsidRPr="0014126C" w:rsidRDefault="00000000" w:rsidP="0014126C">
            <w:pPr>
              <w:spacing w:after="0"/>
              <w:ind w:left="216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4. Systematycznego udziału w spotkaniach formacyjnych w parafii.</w:t>
            </w:r>
          </w:p>
          <w:p w:rsidR="006F3DE5" w:rsidRPr="0014126C" w:rsidRDefault="00000000" w:rsidP="0014126C">
            <w:pPr>
              <w:spacing w:after="0"/>
              <w:ind w:left="216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5. Uczestnictwa w nabożeństwach okolicznościowych (różańcowe, roraty, wielkopostne, majowe).</w:t>
            </w:r>
          </w:p>
          <w:p w:rsidR="006F3DE5" w:rsidRPr="0014126C" w:rsidRDefault="00000000" w:rsidP="0014126C">
            <w:pPr>
              <w:spacing w:after="0"/>
              <w:ind w:left="216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6. Odpowiedzialnego zachowania i bycia świadkiem wiary w Boga.</w:t>
            </w:r>
          </w:p>
          <w:p w:rsidR="006F3DE5" w:rsidRDefault="00000000" w:rsidP="00EE618C">
            <w:pPr>
              <w:spacing w:after="0"/>
              <w:jc w:val="both"/>
              <w:rPr>
                <w:i/>
                <w:color w:val="auto"/>
                <w:sz w:val="20"/>
                <w:szCs w:val="24"/>
                <w:lang w:val="pl-PL"/>
              </w:rPr>
            </w:pPr>
            <w:r w:rsidRPr="0014126C">
              <w:rPr>
                <w:i/>
                <w:color w:val="auto"/>
                <w:sz w:val="20"/>
                <w:szCs w:val="24"/>
                <w:lang w:val="pl-PL"/>
              </w:rPr>
              <w:t>Jestem świadomy(a), że zlekceważenie zasad może skutkować wydłużeniem okresu przygotowań.</w:t>
            </w:r>
          </w:p>
          <w:p w:rsidR="006B109A" w:rsidRPr="0014126C" w:rsidRDefault="006B109A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</w:p>
          <w:p w:rsidR="00D5002F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 xml:space="preserve">Data: ..................................                         </w:t>
            </w: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Czytelny podpis kandydata: .........................................</w:t>
            </w:r>
          </w:p>
          <w:p w:rsidR="006B109A" w:rsidRDefault="006B109A" w:rsidP="0014126C">
            <w:pPr>
              <w:spacing w:after="0"/>
              <w:rPr>
                <w:b/>
                <w:color w:val="auto"/>
                <w:sz w:val="20"/>
                <w:szCs w:val="24"/>
                <w:lang w:val="pl-PL"/>
              </w:rPr>
            </w:pP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b/>
                <w:color w:val="auto"/>
                <w:sz w:val="20"/>
                <w:szCs w:val="24"/>
                <w:lang w:val="pl-PL"/>
              </w:rPr>
              <w:t>OŚWIADCZENIE I ZGODA RODZICÓW / OPIEKUNÓW</w:t>
            </w:r>
          </w:p>
          <w:p w:rsidR="00D5002F" w:rsidRPr="0014126C" w:rsidRDefault="00000000" w:rsidP="006B109A">
            <w:pPr>
              <w:spacing w:after="0"/>
              <w:jc w:val="both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Zgłaszamy nasze dziecko do przygotowania i przyjęcia Sakramentu Bierzmowania. Zapoznaliśmy się z wymaganiami Kościoła i parafii. Zobowiązujemy się wspierać dziecko przykładem życia, modlitwą oraz współpracować z duszpasterzem.</w:t>
            </w:r>
            <w:r w:rsidR="006B109A">
              <w:rPr>
                <w:color w:val="auto"/>
                <w:sz w:val="20"/>
                <w:szCs w:val="24"/>
                <w:lang w:val="pl-PL"/>
              </w:rPr>
              <w:t xml:space="preserve"> </w:t>
            </w:r>
            <w:r w:rsidRPr="0014126C">
              <w:rPr>
                <w:color w:val="auto"/>
                <w:sz w:val="20"/>
                <w:szCs w:val="24"/>
                <w:lang w:val="pl-PL"/>
              </w:rPr>
              <w:t>Wyrażamy zgodę na przetwarzanie naszych danych osobowych w celu przeprowadzenia przygotowania oraz na kontakt elektroniczny (SMS, Messenger, e-mail).</w:t>
            </w:r>
          </w:p>
          <w:p w:rsidR="00D5002F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 xml:space="preserve">Data: ..................................                         </w:t>
            </w:r>
          </w:p>
          <w:p w:rsidR="00D5002F" w:rsidRDefault="00D5002F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</w:p>
          <w:p w:rsidR="006F3DE5" w:rsidRPr="0014126C" w:rsidRDefault="00000000" w:rsidP="0014126C">
            <w:pPr>
              <w:spacing w:after="0"/>
              <w:rPr>
                <w:color w:val="auto"/>
                <w:sz w:val="20"/>
                <w:szCs w:val="24"/>
                <w:lang w:val="pl-PL"/>
              </w:rPr>
            </w:pPr>
            <w:r w:rsidRPr="0014126C">
              <w:rPr>
                <w:color w:val="auto"/>
                <w:sz w:val="20"/>
                <w:szCs w:val="24"/>
                <w:lang w:val="pl-PL"/>
              </w:rPr>
              <w:t>Podpisy rodzic</w:t>
            </w:r>
            <w:r w:rsidR="00D5002F">
              <w:rPr>
                <w:color w:val="auto"/>
                <w:sz w:val="20"/>
                <w:szCs w:val="24"/>
                <w:lang w:val="pl-PL"/>
              </w:rPr>
              <w:t>a</w:t>
            </w:r>
            <w:r w:rsidRPr="0014126C">
              <w:rPr>
                <w:color w:val="auto"/>
                <w:sz w:val="20"/>
                <w:szCs w:val="24"/>
                <w:lang w:val="pl-PL"/>
              </w:rPr>
              <w:t xml:space="preserve"> / opiekun</w:t>
            </w:r>
            <w:r w:rsidR="00D5002F">
              <w:rPr>
                <w:color w:val="auto"/>
                <w:sz w:val="20"/>
                <w:szCs w:val="24"/>
                <w:lang w:val="pl-PL"/>
              </w:rPr>
              <w:t>a</w:t>
            </w:r>
            <w:r w:rsidRPr="0014126C">
              <w:rPr>
                <w:color w:val="auto"/>
                <w:sz w:val="20"/>
                <w:szCs w:val="24"/>
                <w:lang w:val="pl-PL"/>
              </w:rPr>
              <w:t>: .........................................</w:t>
            </w:r>
          </w:p>
          <w:p w:rsidR="00D5002F" w:rsidRPr="00EE618C" w:rsidRDefault="00EE618C" w:rsidP="0014126C">
            <w:pPr>
              <w:spacing w:before="80" w:after="0"/>
              <w:rPr>
                <w:i/>
                <w:iCs/>
                <w:color w:val="auto"/>
                <w:sz w:val="20"/>
                <w:szCs w:val="24"/>
                <w:lang w:val="pl-PL"/>
              </w:rPr>
            </w:pPr>
            <w:r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 xml:space="preserve">* </w:t>
            </w:r>
            <w:r w:rsidR="00D5002F"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>Poza</w:t>
            </w:r>
            <w:r w:rsidR="00000000"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 xml:space="preserve"> deklaracją należy dostarczyć wyciąg z Aktu chrztu (Ad Sacra), jeśli dziecko było ochrzczone poza tutejszą parafią</w:t>
            </w:r>
            <w:r w:rsidR="00D5002F"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 xml:space="preserve"> oraz zgodę od swojego ks. Proboszcza na przyjęcie sakramentu poza parafią.</w:t>
            </w:r>
          </w:p>
          <w:p w:rsidR="00D5002F" w:rsidRPr="00EE618C" w:rsidRDefault="00000000" w:rsidP="0014126C">
            <w:pPr>
              <w:spacing w:before="80" w:after="0"/>
              <w:rPr>
                <w:i/>
                <w:iCs/>
                <w:color w:val="auto"/>
                <w:sz w:val="20"/>
                <w:szCs w:val="24"/>
              </w:rPr>
            </w:pPr>
            <w:r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>Deklarację</w:t>
            </w:r>
            <w:r w:rsidR="00D5002F"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 xml:space="preserve"> i dokumenty</w:t>
            </w:r>
            <w:r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 xml:space="preserve"> należy dostarczyć do ks. Artura Chejnowskiego, odpowiedzialnego za formację.</w:t>
            </w:r>
            <w:r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br/>
            </w:r>
          </w:p>
          <w:p w:rsidR="006F3DE5" w:rsidRPr="00D5002F" w:rsidRDefault="00000000" w:rsidP="0014126C">
            <w:pPr>
              <w:spacing w:before="80" w:after="0"/>
              <w:rPr>
                <w:color w:val="auto"/>
                <w:sz w:val="20"/>
                <w:szCs w:val="24"/>
                <w:lang w:val="pl-PL"/>
              </w:rPr>
            </w:pPr>
            <w:r w:rsidRPr="00EE618C">
              <w:rPr>
                <w:i/>
                <w:iCs/>
                <w:color w:val="auto"/>
                <w:sz w:val="20"/>
                <w:szCs w:val="24"/>
                <w:lang w:val="pl-PL"/>
              </w:rPr>
              <w:t>Administrator danych: Parafia pw. św. Jana Bosko w Pile.</w:t>
            </w:r>
          </w:p>
        </w:tc>
      </w:tr>
    </w:tbl>
    <w:p w:rsidR="006012CD" w:rsidRPr="00D5002F" w:rsidRDefault="006012CD" w:rsidP="0014126C">
      <w:pPr>
        <w:rPr>
          <w:color w:val="auto"/>
          <w:lang w:val="pl-PL"/>
        </w:rPr>
      </w:pPr>
    </w:p>
    <w:sectPr w:rsidR="006012CD" w:rsidRPr="00D5002F" w:rsidSect="00B6346C">
      <w:pgSz w:w="16840" w:h="11900" w:orient="landscape"/>
      <w:pgMar w:top="324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4487572">
    <w:abstractNumId w:val="8"/>
  </w:num>
  <w:num w:numId="2" w16cid:durableId="1821533607">
    <w:abstractNumId w:val="6"/>
  </w:num>
  <w:num w:numId="3" w16cid:durableId="244917153">
    <w:abstractNumId w:val="5"/>
  </w:num>
  <w:num w:numId="4" w16cid:durableId="1306083767">
    <w:abstractNumId w:val="4"/>
  </w:num>
  <w:num w:numId="5" w16cid:durableId="223412281">
    <w:abstractNumId w:val="7"/>
  </w:num>
  <w:num w:numId="6" w16cid:durableId="749623242">
    <w:abstractNumId w:val="3"/>
  </w:num>
  <w:num w:numId="7" w16cid:durableId="34089247">
    <w:abstractNumId w:val="2"/>
  </w:num>
  <w:num w:numId="8" w16cid:durableId="156768307">
    <w:abstractNumId w:val="1"/>
  </w:num>
  <w:num w:numId="9" w16cid:durableId="9478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26C"/>
    <w:rsid w:val="0015074B"/>
    <w:rsid w:val="001A194D"/>
    <w:rsid w:val="00224639"/>
    <w:rsid w:val="0029639D"/>
    <w:rsid w:val="00326F90"/>
    <w:rsid w:val="0039674F"/>
    <w:rsid w:val="006012CD"/>
    <w:rsid w:val="006B109A"/>
    <w:rsid w:val="006F3DE5"/>
    <w:rsid w:val="007E75F2"/>
    <w:rsid w:val="0091715A"/>
    <w:rsid w:val="00AA1D8D"/>
    <w:rsid w:val="00B47730"/>
    <w:rsid w:val="00B6346C"/>
    <w:rsid w:val="00CB0664"/>
    <w:rsid w:val="00D5002F"/>
    <w:rsid w:val="00E54015"/>
    <w:rsid w:val="00EE61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6A594"/>
  <w14:defaultImageDpi w14:val="300"/>
  <w15:docId w15:val="{C189A212-F7C5-C843-9857-D66A2279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Helvetica" w:hAnsi="Helvetica"/>
      <w:color w:val="2B2B2B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531</Words>
  <Characters>3187</Characters>
  <Application>Microsoft Office Word</Application>
  <DocSecurity>0</DocSecurity>
  <Lines>49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 Chejnowski</cp:lastModifiedBy>
  <cp:revision>3</cp:revision>
  <cp:lastPrinted>2026-09-04T14:24:00Z</cp:lastPrinted>
  <dcterms:created xsi:type="dcterms:W3CDTF">2026-09-04T14:07:00Z</dcterms:created>
  <dcterms:modified xsi:type="dcterms:W3CDTF">2026-09-04T14:25:00Z</dcterms:modified>
  <cp:category/>
</cp:coreProperties>
</file>